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Lines/>
        <w:widowControl/>
        <w:spacing w:line="360" w:lineRule="exact" w:before="0" w:after="180"/>
        <w:jc w:val="center"/>
      </w:pPr>
      <w:r>
        <w:t>Договор аренды спецтехники без экипажа</w:t>
      </w:r>
    </w:p>
    <w:p>
      <w:pPr>
        <w:pStyle w:val="Subtitle"/>
        <w:keepLines/>
        <w:widowControl/>
        <w:spacing w:line="260" w:lineRule="exact" w:before="0" w:after="180"/>
        <w:jc w:val="center"/>
      </w:pPr>
      <w:r>
        <w:t>№ __________</w:t>
      </w:r>
    </w:p>
    <w:p>
      <w:pPr>
        <w:keepLines/>
        <w:widowControl/>
        <w:spacing w:line="274" w:lineRule="exact" w:before="0" w:after="100"/>
      </w:pPr>
      <w:r>
        <w:t>Место заключения: _____________________    Дата: «___» __________ 20___ г.</w:t>
      </w:r>
    </w:p>
    <w:p>
      <w:pPr>
        <w:pStyle w:val="Heading1"/>
        <w:keepLines/>
        <w:widowControl/>
        <w:spacing w:line="300" w:lineRule="exact" w:before="160" w:after="140"/>
      </w:pPr>
      <w:r>
        <w:t>Арендодатель</w:t>
      </w:r>
    </w:p>
    <w:p>
      <w:pPr>
        <w:keepLines/>
        <w:widowControl/>
        <w:spacing w:line="274" w:lineRule="exact" w:before="0" w:after="100"/>
      </w:pPr>
      <w:r>
        <w:t>Статус: физическое лицо / ИП / юридическое лицо (оставить нужное).</w:t>
      </w:r>
    </w:p>
    <w:p>
      <w:pPr>
        <w:keepLines/>
        <w:widowControl/>
        <w:spacing w:line="274" w:lineRule="exact" w:before="0" w:after="100"/>
      </w:pPr>
      <w:r>
        <w:t>ФИО / полное наименование: _______________________________________</w:t>
      </w:r>
    </w:p>
    <w:p>
      <w:pPr>
        <w:keepLines/>
        <w:widowControl/>
        <w:spacing w:line="274" w:lineRule="exact" w:before="0" w:after="100"/>
      </w:pPr>
      <w:r>
        <w:t>Паспорт физлица / ИНН и ОГРН(ИП): ________________________________</w:t>
      </w:r>
    </w:p>
    <w:p>
      <w:pPr>
        <w:keepLines/>
        <w:widowControl/>
        <w:spacing w:line="274" w:lineRule="exact" w:before="0" w:after="100"/>
      </w:pPr>
      <w:r>
        <w:t>Для физлица: кем и когда выдан паспорт: __________________________</w:t>
      </w:r>
    </w:p>
    <w:p>
      <w:pPr>
        <w:keepLines/>
        <w:widowControl/>
        <w:spacing w:line="274" w:lineRule="exact" w:before="0" w:after="100"/>
      </w:pPr>
      <w:r>
        <w:t>Код подразделения: _______________________________________________</w:t>
      </w:r>
    </w:p>
    <w:p>
      <w:pPr>
        <w:keepLines/>
        <w:widowControl/>
        <w:spacing w:line="274" w:lineRule="exact" w:before="0" w:after="100"/>
      </w:pPr>
      <w:r>
        <w:t>Представитель и основание полномочий: ____________________________</w:t>
      </w:r>
    </w:p>
    <w:p>
      <w:pPr>
        <w:pStyle w:val="Heading1"/>
        <w:keepLines/>
        <w:widowControl/>
        <w:spacing w:line="300" w:lineRule="exact" w:before="160" w:after="140"/>
      </w:pPr>
      <w:r>
        <w:t>Арендатор</w:t>
      </w:r>
    </w:p>
    <w:p>
      <w:pPr>
        <w:keepLines/>
        <w:widowControl/>
        <w:spacing w:line="274" w:lineRule="exact" w:before="0" w:after="100"/>
      </w:pPr>
      <w:r>
        <w:t>Статус: физическое лицо / ИП / юридическое лицо (оставить нужное).</w:t>
      </w:r>
    </w:p>
    <w:p>
      <w:pPr>
        <w:keepLines/>
        <w:widowControl/>
        <w:spacing w:line="274" w:lineRule="exact" w:before="0" w:after="100"/>
      </w:pPr>
      <w:r>
        <w:t>ФИО / полное наименование: _______________________________________</w:t>
      </w:r>
    </w:p>
    <w:p>
      <w:pPr>
        <w:keepLines/>
        <w:widowControl/>
        <w:spacing w:line="274" w:lineRule="exact" w:before="0" w:after="100"/>
      </w:pPr>
      <w:r>
        <w:t>Паспорт физлица / ИНН и ОГРН(ИП): ________________________________</w:t>
      </w:r>
    </w:p>
    <w:p>
      <w:pPr>
        <w:keepLines/>
        <w:widowControl/>
        <w:spacing w:line="274" w:lineRule="exact" w:before="0" w:after="100"/>
      </w:pPr>
      <w:r>
        <w:t>Для физлица: кем и когда выдан паспорт: __________________________</w:t>
      </w:r>
    </w:p>
    <w:p>
      <w:pPr>
        <w:keepLines/>
        <w:widowControl/>
        <w:spacing w:line="274" w:lineRule="exact" w:before="0" w:after="100"/>
      </w:pPr>
      <w:r>
        <w:t>Код подразделения: _______________________________________________</w:t>
      </w:r>
    </w:p>
    <w:p>
      <w:pPr>
        <w:keepLines/>
        <w:widowControl/>
        <w:spacing w:line="274" w:lineRule="exact" w:before="0" w:after="100"/>
      </w:pPr>
      <w:r>
        <w:t>Представитель и основание полномочий: ____________________________</w:t>
      </w:r>
    </w:p>
    <w:p>
      <w:pPr>
        <w:keepLines/>
        <w:widowControl/>
        <w:spacing w:line="274" w:lineRule="exact" w:before="0" w:after="100"/>
      </w:pPr>
      <w:r>
        <w:t>Стороны заключили договор временного владения и пользования одной самоходной машиной или транспортным средством без предоставления услуг по управлению и технической эксплуатации.</w:t>
      </w:r>
    </w:p>
    <w:p>
      <w:pPr>
        <w:pStyle w:val="Heading1"/>
        <w:keepLines/>
        <w:widowControl/>
        <w:spacing w:line="300" w:lineRule="exact" w:before="160" w:after="140"/>
      </w:pPr>
      <w:r>
        <w:t>1 Предмет договора</w:t>
      </w:r>
    </w:p>
    <w:p>
      <w:pPr>
        <w:keepLines/>
        <w:widowControl/>
        <w:spacing w:line="274" w:lineRule="exact" w:before="0" w:after="100"/>
      </w:pPr>
      <w:r>
        <w:t>Количество — одна единица техники. Идентификационные сведения переносятся из документов на машину; отсутствующие реквизиты отмечаются «отсутствует».</w:t>
      </w:r>
    </w:p>
    <w:p>
      <w:pPr>
        <w:keepLines/>
        <w:widowControl/>
        <w:spacing w:line="274" w:lineRule="exact" w:before="0" w:after="100"/>
      </w:pPr>
      <w:r>
        <w:t>Вид техники, марка, модель: ______________________________________</w:t>
      </w:r>
    </w:p>
    <w:p>
      <w:pPr>
        <w:keepLines/>
        <w:widowControl/>
        <w:spacing w:line="274" w:lineRule="exact" w:before="0" w:after="100"/>
      </w:pPr>
      <w:r>
        <w:t>Год выпуска / заводской номер машины: ____________________________</w:t>
      </w:r>
    </w:p>
    <w:p>
      <w:pPr>
        <w:keepLines/>
        <w:widowControl/>
        <w:spacing w:line="274" w:lineRule="exact" w:before="0" w:after="100"/>
      </w:pPr>
      <w:r>
        <w:t>VIN (при наличии) / номер рамы, шасси: ___________________________</w:t>
      </w:r>
    </w:p>
    <w:p>
      <w:pPr>
        <w:keepLines/>
        <w:widowControl/>
        <w:spacing w:line="274" w:lineRule="exact" w:before="0" w:after="100"/>
      </w:pPr>
      <w:r>
        <w:t>Модель и номер двигателя: ________________________________________</w:t>
      </w:r>
    </w:p>
    <w:p>
      <w:pPr>
        <w:keepLines/>
        <w:widowControl/>
        <w:spacing w:line="274" w:lineRule="exact" w:before="0" w:after="100"/>
      </w:pPr>
      <w:r>
        <w:t>ПСМ / ЭПСМ / ПТС / ЭПТС, номер и дата: ___________________________</w:t>
      </w:r>
    </w:p>
    <w:p>
      <w:pPr>
        <w:keepLines/>
        <w:widowControl/>
        <w:spacing w:line="274" w:lineRule="exact" w:before="0" w:after="100"/>
      </w:pPr>
      <w:r>
        <w:t>Регистрационный знак / свидетельство: ____________________________</w:t>
      </w:r>
    </w:p>
    <w:p>
      <w:pPr>
        <w:keepLines/>
        <w:widowControl/>
        <w:spacing w:line="274" w:lineRule="exact" w:before="0" w:after="100"/>
      </w:pPr>
      <w:r>
        <w:t>Наработка (моточасы) / пробег (км): ______________________________</w:t>
      </w:r>
    </w:p>
    <w:p>
      <w:pPr>
        <w:keepLines/>
        <w:widowControl/>
        <w:spacing w:line="274" w:lineRule="exact" w:before="0" w:after="100"/>
      </w:pPr>
      <w:r>
        <w:t>Навесное оборудование и комплектация: ____________________________</w:t>
      </w:r>
    </w:p>
    <w:p>
      <w:pPr>
        <w:keepLines/>
        <w:widowControl/>
        <w:spacing w:line="274" w:lineRule="exact" w:before="0" w:after="100"/>
      </w:pPr>
      <w:r>
        <w:t>Право Арендодателя на сдачу техники: _____________________________</w:t>
      </w:r>
    </w:p>
    <w:p>
      <w:pPr>
        <w:keepLines/>
        <w:widowControl/>
        <w:spacing w:line="274" w:lineRule="exact" w:before="0" w:after="100"/>
      </w:pPr>
      <w:r>
        <w:t>Разрешённые цели и территория использования: _____________________</w:t>
      </w:r>
    </w:p>
    <w:p>
      <w:r>
        <w:br w:type="page"/>
      </w:r>
    </w:p>
    <w:p>
      <w:pPr>
        <w:pStyle w:val="Heading1"/>
        <w:keepLines/>
        <w:widowControl/>
        <w:spacing w:line="300" w:lineRule="exact" w:before="160" w:after="140"/>
      </w:pPr>
      <w:r>
        <w:t>2 Срок и передача</w:t>
      </w:r>
    </w:p>
    <w:p>
      <w:pPr>
        <w:keepLines/>
        <w:widowControl/>
        <w:spacing w:line="274" w:lineRule="exact" w:before="0" w:after="100"/>
      </w:pPr>
      <w:r>
        <w:t>2.1 Срок аренды: с / по (дата и время): __________________________</w:t>
      </w:r>
    </w:p>
    <w:p>
      <w:pPr>
        <w:keepLines/>
        <w:widowControl/>
        <w:spacing w:line="274" w:lineRule="exact" w:before="0" w:after="100"/>
      </w:pPr>
      <w:r>
        <w:t>2.2 Место передачи / место возврата: _____________________________</w:t>
      </w:r>
    </w:p>
    <w:p>
      <w:pPr>
        <w:keepLines/>
        <w:widowControl/>
        <w:spacing w:line="274" w:lineRule="exact" w:before="0" w:after="100"/>
      </w:pPr>
      <w:r>
        <w:t>Доставку туда и обратно организует / оплачивает: _________________</w:t>
      </w:r>
    </w:p>
    <w:p>
      <w:pPr>
        <w:keepLines/>
        <w:widowControl/>
        <w:spacing w:line="274" w:lineRule="exact" w:before="0" w:after="100"/>
      </w:pPr>
      <w:r>
        <w:t>2.3 Фактические дата и время передачи и возврата фиксируются отдельными актами с наработкой, топливом, комплектностью и замечаниями. Арендодатель передаёт необходимые для законной эксплуатации документы и принадлежности.</w:t>
      </w:r>
    </w:p>
    <w:p>
      <w:pPr>
        <w:pStyle w:val="Heading1"/>
        <w:keepLines/>
        <w:widowControl/>
        <w:spacing w:line="300" w:lineRule="exact" w:before="160" w:after="140"/>
      </w:pPr>
      <w:r>
        <w:t>3 Арендная плата и учёт времени</w:t>
      </w:r>
    </w:p>
    <w:p>
      <w:pPr>
        <w:keepLines/>
        <w:widowControl/>
        <w:spacing w:line="274" w:lineRule="exact" w:before="0" w:after="100"/>
      </w:pPr>
      <w:r>
        <w:t>3.1 Тариф, рублей / единица (час, смена, сутки, месяц): __________</w:t>
      </w:r>
    </w:p>
    <w:p>
      <w:pPr>
        <w:keepLines/>
        <w:widowControl/>
        <w:spacing w:line="274" w:lineRule="exact" w:before="0" w:after="100"/>
      </w:pPr>
      <w:r>
        <w:t>Продолжительность смены / минимум заказа (если есть): ____________</w:t>
      </w:r>
    </w:p>
    <w:p>
      <w:pPr>
        <w:keepLines/>
        <w:widowControl/>
        <w:spacing w:line="274" w:lineRule="exact" w:before="0" w:after="100"/>
      </w:pPr>
      <w:r>
        <w:t>Общая цена либо порядок её расчёта: ______________________________</w:t>
      </w:r>
    </w:p>
    <w:p>
      <w:pPr>
        <w:keepLines/>
        <w:widowControl/>
        <w:spacing w:line="274" w:lineRule="exact" w:before="0" w:after="100"/>
      </w:pPr>
      <w:r>
        <w:t>НДС: сумма, ставка / без НДС и основание: ________________________</w:t>
      </w:r>
    </w:p>
    <w:p>
      <w:pPr>
        <w:keepLines/>
        <w:widowControl/>
        <w:spacing w:line="274" w:lineRule="exact" w:before="0" w:after="100"/>
      </w:pPr>
      <w:r>
        <w:t>Аванс / сроки и порядок последующих платежей: ____________________</w:t>
      </w:r>
    </w:p>
    <w:p>
      <w:pPr>
        <w:keepLines/>
        <w:widowControl/>
        <w:spacing w:line="274" w:lineRule="exact" w:before="0" w:after="100"/>
      </w:pPr>
      <w:r>
        <w:t>3.2 При почасовой оплате оплачиваются фактически согласованные часы по подписанному Сторонами журналу или сменному рапорту. В нём указываются дата, начало и конец работы, перерывы и причины простоя. Подписание отчёта не подтверждает оплату.</w:t>
      </w:r>
    </w:p>
    <w:p>
      <w:pPr>
        <w:keepLines/>
        <w:widowControl/>
        <w:spacing w:line="274" w:lineRule="exact" w:before="0" w:after="100"/>
      </w:pPr>
      <w:r>
        <w:t>3.3 Если техника не может использоваться по назначению по обстоятельствам, за которые Арендатор не отвечает, плата за соответствующее время не начисляется. Иные простои оплачиваются только на согласованных условиях:</w:t>
      </w:r>
    </w:p>
    <w:p>
      <w:pPr>
        <w:keepLines/>
        <w:widowControl/>
        <w:spacing w:line="274" w:lineRule="exact" w:before="0" w:after="100"/>
      </w:pPr>
      <w:r>
        <w:t>________________________________________________________________________</w:t>
      </w:r>
    </w:p>
    <w:p>
      <w:pPr>
        <w:keepLines/>
        <w:widowControl/>
        <w:spacing w:line="274" w:lineRule="exact" w:before="0" w:after="100"/>
      </w:pPr>
      <w:r>
        <w:t>3.4 Топливо, расходные материалы и доставка включены: ____________</w:t>
      </w:r>
    </w:p>
    <w:p>
      <w:pPr>
        <w:keepLines/>
        <w:widowControl/>
        <w:spacing w:line="274" w:lineRule="exact" w:before="0" w:after="100"/>
      </w:pPr>
      <w:r>
        <w:t>При отсутствии иного письменного условия топливо и расходуемые при эксплуатации материалы оплачивает Арендатор.</w:t>
      </w:r>
    </w:p>
    <w:p>
      <w:pPr>
        <w:keepLines/>
        <w:widowControl/>
        <w:spacing w:line="274" w:lineRule="exact" w:before="0" w:after="100"/>
      </w:pPr>
      <w:r>
        <w:t>3.5 Обеспечительный платёж не предусмотрен. Если он нужен, Стороны отдельно согласуют сумму, обеспечиваемые обязательства, основания зачёта и срок возврата в подписанном дополнении.</w:t>
      </w:r>
    </w:p>
    <w:p>
      <w:pPr>
        <w:pStyle w:val="Heading1"/>
        <w:keepLines/>
        <w:widowControl/>
        <w:spacing w:line="300" w:lineRule="exact" w:before="160" w:after="140"/>
      </w:pPr>
      <w:r>
        <w:t>4 Использование и содержание</w:t>
      </w:r>
    </w:p>
    <w:p>
      <w:pPr>
        <w:keepLines/>
        <w:widowControl/>
        <w:spacing w:line="274" w:lineRule="exact" w:before="0" w:after="100"/>
      </w:pPr>
      <w:r>
        <w:t>4.1 Арендатор самостоятельно организует управление и техническую эксплуатацию, допускает квалифицированных операторов с необходимыми документами и поддерживает исправность техники, включая текущий и капитальный ремонт.</w:t>
      </w:r>
    </w:p>
    <w:p>
      <w:pPr>
        <w:keepLines/>
        <w:widowControl/>
        <w:spacing w:line="274" w:lineRule="exact" w:before="0" w:after="100"/>
      </w:pPr>
      <w:r>
        <w:t>4.2 Арендатор несёт расходы на содержание и эксплуатацию. Ответственность Арендодателя за недостатки переданной техники определяется законом; обнаружение неисправности не освобождает Стороны от их установленной ответственности.</w:t>
      </w:r>
    </w:p>
    <w:p>
      <w:r>
        <w:br w:type="page"/>
      </w:r>
    </w:p>
    <w:p>
      <w:pPr>
        <w:pStyle w:val="Heading1"/>
        <w:keepLines/>
        <w:widowControl/>
        <w:spacing w:line="300" w:lineRule="exact" w:before="160" w:after="140"/>
      </w:pPr>
      <w:r>
        <w:t>5 Ответственность и возврат</w:t>
      </w:r>
    </w:p>
    <w:p>
      <w:pPr>
        <w:keepLines/>
        <w:widowControl/>
        <w:spacing w:line="274" w:lineRule="exact" w:before="0" w:after="100"/>
      </w:pPr>
      <w:r>
        <w:t>5.1 Арендатор использует технику в согласованных целях, обеспечивает безопасную площадку и немедленно сообщает о поломках, авариях и требованиях третьих лиц. Опасная эксплуатация приостанавливается до устранения причины.</w:t>
      </w:r>
    </w:p>
    <w:p>
      <w:pPr>
        <w:keepLines/>
        <w:widowControl/>
        <w:spacing w:line="274" w:lineRule="exact" w:before="0" w:after="100"/>
      </w:pPr>
      <w:r>
        <w:t>5.2 Страхование, включая ответственность, оплачивает Арендатор, если Стороны письменно не согласовали иное. Ответственность перед третьими лицами регулируется статьёй 648 ГК РФ.</w:t>
      </w:r>
    </w:p>
    <w:p>
      <w:pPr>
        <w:keepLines/>
        <w:widowControl/>
        <w:spacing w:line="274" w:lineRule="exact" w:before="0" w:after="100"/>
      </w:pPr>
      <w:r>
        <w:t>5.3 Передача техники в субаренду допускается только с предварительного письменного согласия Арендодателя.</w:t>
      </w:r>
    </w:p>
    <w:p>
      <w:pPr>
        <w:keepLines/>
        <w:widowControl/>
        <w:spacing w:line="274" w:lineRule="exact" w:before="0" w:after="100"/>
      </w:pPr>
      <w:r>
        <w:t>5.4 По окончании аренды машина возвращается в состоянии получения с учётом нормального износа. Акт возврата фиксирует фактическое состояние; размер ущерба и расчёты подтверждаются отдельно, с учётом причин и оснований ответственности.</w:t>
      </w:r>
    </w:p>
    <w:p>
      <w:pPr>
        <w:keepLines/>
        <w:widowControl/>
        <w:spacing w:line="274" w:lineRule="exact" w:before="0" w:after="100"/>
      </w:pPr>
      <w:r>
        <w:t>5.5 Досрочное прекращение — по письменному соглашению или по предусмотренным законом основаниям. Изменение срока аренды оформляется письменно. Споры разрешаются в компетентном суде по правилам закона.</w:t>
      </w:r>
    </w:p>
    <w:p>
      <w:pPr>
        <w:keepLines/>
        <w:widowControl/>
        <w:spacing w:line="274" w:lineRule="exact" w:before="0" w:after="100"/>
      </w:pPr>
      <w:r>
        <w:t>5.6 Договор составлен в ____ экземплярах. Приложения: акт передачи в аренду, акт возврата; дополнительные условия _____________________________________</w:t>
      </w:r>
    </w:p>
    <w:p>
      <w:pPr>
        <w:pStyle w:val="Heading1"/>
        <w:keepLines/>
        <w:widowControl/>
        <w:spacing w:line="300" w:lineRule="exact" w:before="160" w:after="140"/>
      </w:pPr>
      <w:r>
        <w:t>6 Реквизиты и подписи</w:t>
      </w:r>
    </w:p>
    <w:p>
      <w:pPr>
        <w:pStyle w:val="Heading1"/>
        <w:keepLines/>
        <w:widowControl/>
        <w:spacing w:line="300" w:lineRule="exact" w:before="160" w:after="140"/>
      </w:pPr>
      <w:r>
        <w:t>Арендодатель</w:t>
      </w:r>
    </w:p>
    <w:p>
      <w:pPr>
        <w:keepLines/>
        <w:widowControl/>
        <w:spacing w:line="274" w:lineRule="exact" w:before="0" w:after="100"/>
      </w:pPr>
      <w:r>
        <w:t>ФИО / наименование: ______________________________________________</w:t>
      </w:r>
    </w:p>
    <w:p>
      <w:pPr>
        <w:keepLines/>
        <w:widowControl/>
        <w:spacing w:line="274" w:lineRule="exact" w:before="0" w:after="100"/>
      </w:pPr>
      <w:r>
        <w:t>Адрес и адрес для уведомлений: ___________________________________</w:t>
      </w:r>
    </w:p>
    <w:p>
      <w:pPr>
        <w:keepLines/>
        <w:widowControl/>
        <w:spacing w:line="274" w:lineRule="exact" w:before="0" w:after="100"/>
      </w:pPr>
      <w:r>
        <w:t>ИНН / КПП (если есть) / ОГРН(ИП): ________________________________</w:t>
      </w:r>
    </w:p>
    <w:p>
      <w:pPr>
        <w:keepLines/>
        <w:widowControl/>
        <w:spacing w:line="274" w:lineRule="exact" w:before="0" w:after="100"/>
      </w:pPr>
      <w:r>
        <w:t>Телефон / электронная почта: _____________________________________</w:t>
      </w:r>
    </w:p>
    <w:p>
      <w:pPr>
        <w:keepLines/>
        <w:widowControl/>
        <w:spacing w:line="274" w:lineRule="exact" w:before="0" w:after="100"/>
      </w:pPr>
      <w:r>
        <w:t>Получатель / банк / БИК: _________________________________________</w:t>
      </w:r>
    </w:p>
    <w:p>
      <w:pPr>
        <w:keepLines/>
        <w:widowControl/>
        <w:spacing w:line="274" w:lineRule="exact" w:before="0" w:after="100"/>
      </w:pPr>
      <w:r>
        <w:t>Счёт / корреспондентский счёт: ___________________________________</w:t>
      </w:r>
    </w:p>
    <w:p>
      <w:pPr>
        <w:pStyle w:val="Heading1"/>
        <w:keepLines/>
        <w:widowControl/>
        <w:spacing w:line="300" w:lineRule="exact" w:before="160" w:after="140"/>
      </w:pPr>
      <w:r>
        <w:t>Арендатор</w:t>
      </w:r>
    </w:p>
    <w:p>
      <w:pPr>
        <w:keepLines/>
        <w:widowControl/>
        <w:spacing w:line="274" w:lineRule="exact" w:before="0" w:after="100"/>
      </w:pPr>
      <w:r>
        <w:t>ФИО / наименование: ______________________________________________</w:t>
      </w:r>
    </w:p>
    <w:p>
      <w:pPr>
        <w:keepLines/>
        <w:widowControl/>
        <w:spacing w:line="274" w:lineRule="exact" w:before="0" w:after="100"/>
      </w:pPr>
      <w:r>
        <w:t>Адрес и адрес для уведомлений: ___________________________________</w:t>
      </w:r>
    </w:p>
    <w:p>
      <w:pPr>
        <w:keepLines/>
        <w:widowControl/>
        <w:spacing w:line="274" w:lineRule="exact" w:before="0" w:after="100"/>
      </w:pPr>
      <w:r>
        <w:t>ИНН / КПП (если есть) / ОГРН(ИП): ________________________________</w:t>
      </w:r>
    </w:p>
    <w:p>
      <w:pPr>
        <w:keepLines/>
        <w:widowControl/>
        <w:spacing w:line="274" w:lineRule="exact" w:before="0" w:after="100"/>
      </w:pPr>
      <w:r>
        <w:t>Телефон / электронная почта: _____________________________________</w:t>
      </w:r>
    </w:p>
    <w:p>
      <w:pPr>
        <w:keepLines/>
        <w:widowControl/>
        <w:spacing w:line="274" w:lineRule="exact" w:before="0" w:after="100"/>
      </w:pPr>
      <w:r>
        <w:t>Получатель / банк / БИК: _________________________________________</w:t>
      </w:r>
    </w:p>
    <w:p>
      <w:pPr>
        <w:keepLines/>
        <w:widowControl/>
        <w:spacing w:line="274" w:lineRule="exact" w:before="0" w:after="100"/>
      </w:pPr>
      <w:r>
        <w:t>Счёт / корреспондентский счёт: ___________________________________</w:t>
      </w:r>
    </w:p>
    <w:p>
      <w:pPr>
        <w:pStyle w:val="Heading1"/>
        <w:keepLines/>
        <w:widowControl/>
        <w:spacing w:line="300" w:lineRule="exact" w:before="160" w:after="140"/>
      </w:pPr>
      <w:r>
        <w:t>Подписи сторон</w:t>
      </w:r>
    </w:p>
    <w:p>
      <w:pPr>
        <w:keepLines/>
        <w:widowControl/>
        <w:spacing w:line="274" w:lineRule="exact" w:before="0" w:after="100"/>
      </w:pPr>
      <w:r>
        <w:t>Арендодатель: __________________ / __________________________ /</w:t>
      </w:r>
    </w:p>
    <w:p>
      <w:pPr>
        <w:keepLines/>
        <w:widowControl/>
        <w:spacing w:line="274" w:lineRule="exact" w:before="0" w:after="100"/>
      </w:pPr>
      <w:r>
        <w:t>Арендатор: __________________ / __________________________ /</w:t>
      </w:r>
    </w:p>
    <w:p>
      <w:pPr>
        <w:keepLines/>
        <w:widowControl/>
        <w:spacing w:line="274" w:lineRule="exact" w:before="0" w:after="100"/>
      </w:pPr>
      <w:r>
        <w:t>Место печати при использовании печати. Дата подписания: __________________</w:t>
      </w:r>
    </w:p>
    <w:sectPr w:rsidR="00FC693F" w:rsidRPr="0006063C" w:rsidSect="00034616">
      <w:footerReference w:type="default" r:id="rId9"/>
      <w:pgSz w:w="11906" w:h="16838"/>
      <w:pgMar w:top="907" w:right="1020" w:bottom="907" w:left="1020" w:header="397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8"/>
      </w:rPr>
      <w:t xml:space="preserve">Страница </w:t>
    </w:r>
    <w:fldSimple w:instr="PAGE"/>
    <w:hyperlink r:id="rId1" w:history="1">
      <w:r>
        <w:rPr>
          <w:vanish/>
          <w:color w:val="FFFFFF"/>
        </w:rPr>
        <w:t>Скачать бланки договоров спецтехники</w:t>
      </w:r>
    </w:hyperlink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before="0" w:line="274" w:lineRule="exact"/>
    </w:pPr>
    <w:rPr>
      <w:rFonts w:ascii="Times New Roman" w:hAnsi="Times New Roman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100" w:line="274" w:lineRule="exact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100" w:line="274" w:lineRule="exact" w:before="0"/>
      <w:contextualSpacing/>
    </w:pPr>
    <w:rPr>
      <w:rFonts w:asciiTheme="majorHAnsi" w:eastAsiaTheme="majorEastAsia" w:hAnsiTheme="majorHAnsi" w:cstheme="majorBidi" w:ascii="Times New Roman" w:hAnsi="Times New Roman"/>
      <w:b/>
      <w:color w:val="000000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100" w:before="0" w:line="274" w:lineRule="exact"/>
    </w:pPr>
    <w:rPr>
      <w:rFonts w:asciiTheme="majorHAnsi" w:eastAsiaTheme="majorEastAsia" w:hAnsiTheme="majorHAnsi" w:cstheme="majorBidi" w:ascii="Times New Roman" w:hAnsi="Times New Roman"/>
      <w:i/>
      <w:iCs/>
      <w:color w:val="000000"/>
      <w:spacing w:val="15"/>
      <w:sz w:val="21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lucky-vykup.ru/dkp-spetsteh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Аренда без экипажа — Физлица, ИП и организации</dc:title>
  <dc:subject>Подготовка бланка: Lucky Vykup. Сайт источника: https://lucky-vykup.ru/dkp-spetstehnika</dc:subject>
  <dc:creator>Lucky Vykup</dc:creator>
  <cp:keywords/>
  <dc:description>Подготовка бланка: Lucky Vykup. Сайт источника: https://lucky-vykup.ru/dkp-spetstehnika</dc:description>
  <cp:lastModifiedBy>Lucky Vykup</cp:lastModifiedBy>
  <cp:revision>1</cp:revision>
  <dcterms:created xsi:type="dcterms:W3CDTF">2013-12-23T23:15:00Z</dcterms:created>
  <dcterms:modified xsi:type="dcterms:W3CDTF">2013-12-23T23:15:00Z</dcterms:modified>
  <cp:category/>
  <dc:identifier>https://lucky-vykup.ru/dkp-spetstehnika</dc:identifier>
</cp:coreProperties>
</file>