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Акт приёма передачи спецтехники при продаже</w:t>
      </w:r>
    </w:p>
    <w:p>
      <w:pPr>
        <w:keepLines/>
        <w:widowControl/>
        <w:spacing w:line="274" w:lineRule="exact" w:before="0" w:after="100"/>
      </w:pPr>
      <w:r>
        <w:t>К договору № __________ от «___» __________ 20___ г.</w:t>
      </w:r>
    </w:p>
    <w:p>
      <w:pPr>
        <w:keepLines/>
        <w:widowControl/>
        <w:spacing w:line="274" w:lineRule="exact" w:before="0" w:after="100"/>
      </w:pPr>
      <w:r>
        <w:t>Место, фактическая дата и время передачи: ________________________</w:t>
      </w:r>
    </w:p>
    <w:p>
      <w:pPr>
        <w:keepLines/>
        <w:widowControl/>
        <w:spacing w:line="274" w:lineRule="exact" w:before="0" w:after="100"/>
      </w:pPr>
      <w:r>
        <w:t>Продавец (ФИО / наименование, представитель): ____________________</w:t>
      </w:r>
    </w:p>
    <w:p>
      <w:pPr>
        <w:keepLines/>
        <w:widowControl/>
        <w:spacing w:line="274" w:lineRule="exact" w:before="0" w:after="100"/>
      </w:pPr>
      <w:r>
        <w:t>Покупатель (ФИО / наименование, представитель): __________________</w:t>
      </w:r>
    </w:p>
    <w:p>
      <w:pPr>
        <w:keepLines/>
        <w:widowControl/>
        <w:spacing w:line="274" w:lineRule="exact" w:before="0" w:after="100"/>
      </w:pPr>
      <w:r>
        <w:t>Первая сторона передала, вторая приняла следующую технику:</w:t>
      </w:r>
    </w:p>
    <w:p>
      <w:pPr>
        <w:keepLines/>
        <w:widowControl/>
        <w:spacing w:line="274" w:lineRule="exact" w:before="0" w:after="100"/>
      </w:pPr>
      <w:r>
        <w:t>Вид техники, марка, модель, год: _________________________________</w:t>
      </w:r>
    </w:p>
    <w:p>
      <w:pPr>
        <w:keepLines/>
        <w:widowControl/>
        <w:spacing w:line="274" w:lineRule="exact" w:before="0" w:after="100"/>
      </w:pPr>
      <w:r>
        <w:t>Заводской номер / VIN / рама, шасси: 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рег. знак: ______________________________</w:t>
      </w:r>
    </w:p>
    <w:p>
      <w:pPr>
        <w:keepLines/>
        <w:widowControl/>
        <w:spacing w:line="274" w:lineRule="exact" w:before="0" w:after="100"/>
      </w:pPr>
      <w:r>
        <w:t>Наработка, моточасы / пробег, км / топливо, л: 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Комплектность и состояние</w:t>
      </w:r>
    </w:p>
    <w:p>
      <w:pPr>
        <w:keepLines/>
        <w:widowControl/>
        <w:spacing w:line="274" w:lineRule="exact" w:before="0" w:after="100"/>
      </w:pPr>
      <w:r>
        <w:t>Оборудование, принадлежности, ключи: 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Документы и их количество: _______________________________________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Состояние при осмотре, проверенные функции: 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Повреждения, неисправности, недостача: 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Замечания сторон и согласованные действия: 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Фотофиксация: перечень файлов / приложение: ______________________</w:t>
      </w:r>
    </w:p>
    <w:p>
      <w:pPr>
        <w:keepLines/>
        <w:widowControl/>
        <w:spacing w:line="274" w:lineRule="exact" w:before="0" w:after="100"/>
      </w:pPr>
      <w:r>
        <w:t>При отсутствии замечаний указать «нет». Акт подтверждает фактическую передачу, но не оплату и не отказ от требований по неоговорённым недостаткам. Расчёты оформляются отдельно.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Продавец: __________________ / __________________________ /</w:t>
      </w:r>
    </w:p>
    <w:p>
      <w:pPr>
        <w:keepLines/>
        <w:widowControl/>
        <w:spacing w:line="274" w:lineRule="exact" w:before="0" w:after="100"/>
      </w:pPr>
      <w:r>
        <w:t>Покупатель: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 продаже — 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