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widowControl/>
        <w:spacing w:line="360" w:lineRule="exact" w:before="0" w:after="180"/>
        <w:jc w:val="center"/>
      </w:pPr>
      <w:r>
        <w:t>Акт передачи спецтехники в аренду</w:t>
      </w:r>
    </w:p>
    <w:p>
      <w:pPr>
        <w:keepLines/>
        <w:widowControl/>
        <w:spacing w:line="274" w:lineRule="exact" w:before="0" w:after="100"/>
      </w:pPr>
      <w:r>
        <w:t>К договору № __________ от «___» __________ 20___ г.</w:t>
      </w:r>
    </w:p>
    <w:p>
      <w:pPr>
        <w:keepLines/>
        <w:widowControl/>
        <w:spacing w:line="274" w:lineRule="exact" w:before="0" w:after="100"/>
      </w:pPr>
      <w:r>
        <w:t>Место, фактическая дата и время передачи: ________________________</w:t>
      </w:r>
    </w:p>
    <w:p>
      <w:pPr>
        <w:keepLines/>
        <w:widowControl/>
        <w:spacing w:line="274" w:lineRule="exact" w:before="0" w:after="100"/>
      </w:pPr>
      <w:r>
        <w:t>Арендодатель (ФИО / наименование, представитель): ________________</w:t>
      </w:r>
    </w:p>
    <w:p>
      <w:pPr>
        <w:keepLines/>
        <w:widowControl/>
        <w:spacing w:line="274" w:lineRule="exact" w:before="0" w:after="100"/>
      </w:pPr>
      <w:r>
        <w:t>Арендатор (ФИО / наименование, представитель): ___________________</w:t>
      </w:r>
    </w:p>
    <w:p>
      <w:pPr>
        <w:keepLines/>
        <w:widowControl/>
        <w:spacing w:line="274" w:lineRule="exact" w:before="0" w:after="100"/>
      </w:pPr>
      <w:r>
        <w:t>Первая сторона передала, вторая приняла следующую технику:</w:t>
      </w:r>
    </w:p>
    <w:p>
      <w:pPr>
        <w:keepLines/>
        <w:widowControl/>
        <w:spacing w:line="274" w:lineRule="exact" w:before="0" w:after="100"/>
      </w:pPr>
      <w:r>
        <w:t>Вид техники, марка, модель, год: _________________________________</w:t>
      </w:r>
    </w:p>
    <w:p>
      <w:pPr>
        <w:keepLines/>
        <w:widowControl/>
        <w:spacing w:line="274" w:lineRule="exact" w:before="0" w:after="100"/>
      </w:pPr>
      <w:r>
        <w:t>Заводской номер / VIN / рама, шасси: _____________________________</w:t>
      </w:r>
    </w:p>
    <w:p>
      <w:pPr>
        <w:keepLines/>
        <w:widowControl/>
        <w:spacing w:line="274" w:lineRule="exact" w:before="0" w:after="100"/>
      </w:pPr>
      <w:r>
        <w:t>ПСМ / ЭПСМ / ПТС / ЭПТС, рег. знак: ______________________________</w:t>
      </w:r>
    </w:p>
    <w:p>
      <w:pPr>
        <w:keepLines/>
        <w:widowControl/>
        <w:spacing w:line="274" w:lineRule="exact" w:before="0" w:after="100"/>
      </w:pPr>
      <w:r>
        <w:t>Наработка, моточасы / пробег, км / топливо, л: 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Комплектность и состояние</w:t>
      </w:r>
    </w:p>
    <w:p>
      <w:pPr>
        <w:keepLines/>
        <w:widowControl/>
        <w:spacing w:line="274" w:lineRule="exact" w:before="0" w:after="100"/>
      </w:pPr>
      <w:r>
        <w:t>Оборудование, принадлежности, ключи: _____________________________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Документы и их количество: _______________________________________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Состояние при осмотре, проверенные функции: 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Повреждения, неисправности, недостача: 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Замечания сторон и согласованные действия: 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Фотофиксация: перечень файлов / приложение: ______________________</w:t>
      </w:r>
    </w:p>
    <w:p>
      <w:pPr>
        <w:keepLines/>
        <w:widowControl/>
        <w:spacing w:line="274" w:lineRule="exact" w:before="0" w:after="100"/>
      </w:pPr>
      <w:r>
        <w:t>При отсутствии замечаний указать «нет». Акт подтверждает фактическую передачу, но не оплату и не отказ от требований по неоговорённым недостаткам. Расчёты оформляются отдельно.</w:t>
      </w:r>
    </w:p>
    <w:p>
      <w:pPr>
        <w:pStyle w:val="Heading1"/>
        <w:keepLines/>
        <w:widowControl/>
        <w:spacing w:line="300" w:lineRule="exact" w:before="160" w:after="140"/>
      </w:pPr>
      <w:r>
        <w:t>Подписи сторон</w:t>
      </w:r>
    </w:p>
    <w:p>
      <w:pPr>
        <w:keepLines/>
        <w:widowControl/>
        <w:spacing w:line="274" w:lineRule="exact" w:before="0" w:after="100"/>
      </w:pPr>
      <w:r>
        <w:t>Арендодатель: __________________ / __________________________ /</w:t>
      </w:r>
    </w:p>
    <w:p>
      <w:pPr>
        <w:keepLines/>
        <w:widowControl/>
        <w:spacing w:line="274" w:lineRule="exact" w:before="0" w:after="100"/>
      </w:pPr>
      <w:r>
        <w:t>Арендатор: __________________ / __________________________ /</w:t>
      </w:r>
    </w:p>
    <w:p>
      <w:pPr>
        <w:keepLines/>
        <w:widowControl/>
        <w:spacing w:line="274" w:lineRule="exact" w:before="0" w:after="100"/>
      </w:pPr>
      <w:r>
        <w:t>Место печати при использовании печати. Дата подписания: __________________</w:t>
      </w:r>
    </w:p>
    <w:sectPr w:rsidR="00FC693F" w:rsidRPr="0006063C" w:rsidSect="00034616">
      <w:footerReference w:type="default" r:id="rId9"/>
      <w:pgSz w:w="11906" w:h="16838"/>
      <w:pgMar w:top="907" w:right="1020" w:bottom="907" w:left="1020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Страница </w:t>
    </w:r>
    <w:fldSimple w:instr="PAGE"/>
    <w:hyperlink r:id="rId1" w:history="1">
      <w:r>
        <w:rPr>
          <w:vanish/>
          <w:color w:val="FFFFFF"/>
        </w:rPr>
        <w:t>Скачать бланки договоров спецтехники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 w:line="274" w:lineRule="exact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 w:line="274" w:lineRule="exac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74" w:lineRule="exact" w:before="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before="0" w:line="274" w:lineRule="exact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cky-vykup.ru/dkp-spetste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в аренду — </dc:title>
  <dc:subject>Подготовка бланка: Lucky Vykup. Сайт источника: https://lucky-vykup.ru/dkp-spetstehnika</dc:subject>
  <dc:creator>Lucky Vykup</dc:creator>
  <cp:keywords/>
  <dc:description>Подготовка бланка: Lucky Vykup. Сайт источника: https://lucky-vykup.ru/dkp-spetstehnika</dc:description>
  <cp:lastModifiedBy>Lucky Vykup</cp:lastModifiedBy>
  <cp:revision>1</cp:revision>
  <dcterms:created xsi:type="dcterms:W3CDTF">2013-12-23T23:15:00Z</dcterms:created>
  <dcterms:modified xsi:type="dcterms:W3CDTF">2013-12-23T23:15:00Z</dcterms:modified>
  <cp:category/>
  <dc:identifier>https://lucky-vykup.ru/dkp-spetstehnika</dc:identifier>
</cp:coreProperties>
</file>