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Несколько участников — два продавца и два покупателя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keepNext w:val="0"/>
        <w:keepLines/>
      </w:pPr>
      <w:r>
        <w:rPr>
          <w:b w:val="0"/>
          <w:sz w:val="20"/>
        </w:rPr>
        <w:t>Бланк для продажи одного транспортного средства целиком и приобретения в долях. Для каждого участника заполняются реквизиты физического либо юридического лица. При другом числе участников измените состав в Word или используйте онлайн-конструктор.</w:t>
      </w:r>
    </w:p>
    <w:p>
      <w:pPr>
        <w:pStyle w:val="Heading2"/>
        <w:keepNext/>
      </w:pPr>
      <w:r>
        <w:t>Продавец 1</w:t>
      </w:r>
    </w:p>
    <w:p>
      <w:pPr>
        <w:keepNext w:val="0"/>
        <w:keepLines/>
      </w:pPr>
      <w:r>
        <w:rPr>
          <w:b w:val="0"/>
        </w:rPr>
        <w:t>ФИО / полное название организации: __________________________________</w:t>
      </w:r>
    </w:p>
    <w:p>
      <w:pPr>
        <w:keepNext w:val="0"/>
        <w:keepLines/>
      </w:pPr>
      <w:r>
        <w:rPr>
          <w:b w:val="0"/>
        </w:rPr>
        <w:t>Паспорт (данные выдачи) / ИНН, ОГРН, КПП: 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 / юридический адрес: ______________________________</w:t>
      </w:r>
    </w:p>
    <w:p>
      <w:pPr>
        <w:keepNext w:val="0"/>
        <w:keepLines/>
      </w:pPr>
      <w:r>
        <w:rPr>
          <w:b w:val="0"/>
        </w:rPr>
        <w:t>Представитель и основание полномочий, если применимо: 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Доля до продажи (дробью, например 1/2): _____________________________</w:t>
      </w:r>
    </w:p>
    <w:p>
      <w:pPr>
        <w:pStyle w:val="Heading2"/>
        <w:keepNext/>
      </w:pPr>
      <w:r>
        <w:t>Продавец 2</w:t>
      </w:r>
    </w:p>
    <w:p>
      <w:pPr>
        <w:keepNext w:val="0"/>
        <w:keepLines/>
      </w:pPr>
      <w:r>
        <w:rPr>
          <w:b w:val="0"/>
        </w:rPr>
        <w:t>ФИО / полное название организации: __________________________________</w:t>
      </w:r>
    </w:p>
    <w:p>
      <w:pPr>
        <w:keepNext w:val="0"/>
        <w:keepLines/>
      </w:pPr>
      <w:r>
        <w:rPr>
          <w:b w:val="0"/>
        </w:rPr>
        <w:t>Паспорт (данные выдачи) / ИНН, ОГРН, КПП: 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 / юридический адрес: ______________________________</w:t>
      </w:r>
    </w:p>
    <w:p>
      <w:pPr>
        <w:keepNext w:val="0"/>
        <w:keepLines/>
      </w:pPr>
      <w:r>
        <w:rPr>
          <w:b w:val="0"/>
        </w:rPr>
        <w:t>Представитель и основание полномочий, если применимо: 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Доля до продажи (дробью, например 1/2): _____________________________</w:t>
      </w:r>
    </w:p>
    <w:p>
      <w:pPr>
        <w:pStyle w:val="Heading2"/>
        <w:keepNext/>
      </w:pPr>
      <w:r>
        <w:t>Покупатель 1</w:t>
      </w:r>
    </w:p>
    <w:p>
      <w:pPr>
        <w:keepNext w:val="0"/>
        <w:keepLines/>
      </w:pPr>
      <w:r>
        <w:rPr>
          <w:b w:val="0"/>
        </w:rPr>
        <w:t>ФИО / полное название организации: __________________________________</w:t>
      </w:r>
    </w:p>
    <w:p>
      <w:pPr>
        <w:keepNext w:val="0"/>
        <w:keepLines/>
      </w:pPr>
      <w:r>
        <w:rPr>
          <w:b w:val="0"/>
        </w:rPr>
        <w:t>Паспорт (данные выдачи) / ИНН, ОГРН, КПП: 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 / юридический адрес: ______________________________</w:t>
      </w:r>
    </w:p>
    <w:p>
      <w:pPr>
        <w:keepNext w:val="0"/>
        <w:keepLines/>
      </w:pPr>
      <w:r>
        <w:rPr>
          <w:b w:val="0"/>
        </w:rPr>
        <w:t>Представитель и основание полномочий, если применимо: 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Доля после покупки (дробью, например 1/2): __________________________</w:t>
      </w:r>
    </w:p>
    <w:p>
      <w:pPr>
        <w:pStyle w:val="Heading2"/>
        <w:keepNext/>
      </w:pPr>
      <w:r>
        <w:t>Покупатель 2</w:t>
      </w:r>
    </w:p>
    <w:p>
      <w:pPr>
        <w:keepNext w:val="0"/>
        <w:keepLines/>
      </w:pPr>
      <w:r>
        <w:rPr>
          <w:b w:val="0"/>
        </w:rPr>
        <w:t>ФИО / полное название организации: __________________________________</w:t>
      </w:r>
    </w:p>
    <w:p>
      <w:pPr>
        <w:keepNext w:val="0"/>
        <w:keepLines/>
      </w:pPr>
      <w:r>
        <w:rPr>
          <w:b w:val="0"/>
        </w:rPr>
        <w:t>Паспорт (данные выдачи) / ИНН, ОГРН, КПП: 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 / юридический адрес: ______________________________</w:t>
      </w:r>
    </w:p>
    <w:p>
      <w:pPr>
        <w:keepNext w:val="0"/>
        <w:keepLines/>
      </w:pPr>
      <w:r>
        <w:rPr>
          <w:b w:val="0"/>
        </w:rPr>
        <w:t>Представитель и основание полномочий, если применимо: 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Доля после покупки (дробью, например 1/2): __________________________</w:t>
      </w:r>
    </w:p>
    <w:p>
      <w:r>
        <w:br w:type="page"/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В этом договоре слова «Продавец» и «Покупатель» относятся ко всем участникам соответствующей стороны. Каждый продавец отчуждает принадлежащую ему долю; покупатели приобретают общую долевую собственность в указанных долях. Сумма долей продавцов и сумма долей покупателей отдельно составляют 1 (100%).</w:t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НДС (применимое основание без НДС либо ставка и сумма):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 общей цены продавцу 1: ______________ руб.; продавцу 2: ______________ руб. __________</w:t>
      </w:r>
    </w:p>
    <w:p>
      <w:pPr>
        <w:keepNext w:val="0"/>
        <w:keepLines/>
      </w:pPr>
      <w:r>
        <w:rPr>
          <w:b w:val="0"/>
        </w:rPr>
        <w:t>Денежные требования продавцов и обязательства покупателей по оплате являются долевыми. Покупатель оплачивает часть общей цены пропорционально приобретаемой доле, если ниже не согласован иной порядок. Суммы для продавцов в совокупности равны общей цене.</w:t>
      </w:r>
    </w:p>
    <w:p>
      <w:pPr>
        <w:keepNext w:val="0"/>
        <w:keepLines/>
      </w:pPr>
      <w:r>
        <w:rPr>
          <w:b w:val="0"/>
        </w:rPr>
        <w:t>Порядок платежей между несколькими участниками: 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r>
        <w:br w:type="page"/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отдельным актом приёма-передачи.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 1: подпись _______________ ФИО подписанта: _________________</w:t>
      </w:r>
    </w:p>
    <w:p>
      <w:pPr>
        <w:keepNext w:val="0"/>
        <w:keepLines/>
      </w:pPr>
      <w:r>
        <w:rPr>
          <w:b w:val="0"/>
        </w:rPr>
        <w:t>Продавец 2: подпись _______________ ФИО подписанта: _________________</w:t>
      </w:r>
    </w:p>
    <w:p>
      <w:pPr>
        <w:keepNext w:val="0"/>
        <w:keepLines/>
      </w:pPr>
      <w:r>
        <w:rPr>
          <w:b w:val="0"/>
        </w:rPr>
        <w:t>Покупатель 1: подпись _______________ ФИО подписанта: _______________</w:t>
      </w:r>
    </w:p>
    <w:p>
      <w:pPr>
        <w:keepNext w:val="0"/>
        <w:keepLines/>
      </w:pPr>
      <w:r>
        <w:rPr>
          <w:b w:val="0"/>
        </w:rPr>
        <w:t>Покупатель 2: подпись _______________ ФИО подписанта: _______________</w:t>
      </w:r>
    </w:p>
    <w:p>
      <w:r>
        <w:br w:type="page"/>
      </w:r>
    </w:p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(продавцы) — ФИО / наименование: 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Покупатель (покупатели) — ФИО / наименование: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 1: подпись _______________ ФИО подписанта: _________________</w:t>
      </w:r>
    </w:p>
    <w:p>
      <w:pPr>
        <w:keepNext w:val="0"/>
        <w:keepLines/>
      </w:pPr>
      <w:r>
        <w:rPr>
          <w:b w:val="0"/>
        </w:rPr>
        <w:t>Продавец 2: подпись _______________ ФИО подписанта: _________________</w:t>
      </w:r>
    </w:p>
    <w:p>
      <w:pPr>
        <w:keepNext w:val="0"/>
        <w:keepLines/>
      </w:pPr>
      <w:r>
        <w:rPr>
          <w:b w:val="0"/>
        </w:rPr>
        <w:t>Покупатель 1: подпись _______________ ФИО подписанта: _______________</w:t>
      </w:r>
    </w:p>
    <w:p>
      <w:pPr>
        <w:keepNext w:val="0"/>
        <w:keepLines/>
      </w:pPr>
      <w:r>
        <w:rPr>
          <w:b w:val="0"/>
        </w:rPr>
        <w:t>Покупатель 2: подпись _______________ ФИО подписанта: 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участников — два продавца и два покупателя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