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купли-продажи транспортного средства</w:t>
      </w:r>
    </w:p>
    <w:p>
      <w:pPr>
        <w:keepNext w:val="0"/>
        <w:keepLines/>
        <w:jc w:val="center"/>
      </w:pPr>
      <w:r>
        <w:rPr>
          <w:b w:val="0"/>
          <w:sz w:val="20"/>
        </w:rPr>
        <w:t>Физлицо продаёт организации</w:t>
      </w:r>
    </w:p>
    <w:p>
      <w:pPr>
        <w:keepNext w:val="0"/>
        <w:keepLines/>
      </w:pPr>
      <w:r>
        <w:rPr>
          <w:b w:val="0"/>
        </w:rPr>
        <w:t>Место заключения __________________ дата ______________ №: __________</w:t>
      </w:r>
    </w:p>
    <w:p>
      <w:pPr>
        <w:pStyle w:val="Heading2"/>
        <w:keepNext/>
      </w:pPr>
      <w:r>
        <w:t>Продавец</w:t>
      </w:r>
    </w:p>
    <w:p>
      <w:pPr>
        <w:keepNext w:val="0"/>
        <w:keepLines/>
      </w:pPr>
      <w:r>
        <w:rPr>
          <w:b w:val="0"/>
        </w:rPr>
        <w:t>ФИО полностью: ______________________________________________________</w:t>
      </w:r>
    </w:p>
    <w:p>
      <w:pPr>
        <w:keepNext w:val="0"/>
        <w:keepLines/>
      </w:pPr>
      <w:r>
        <w:rPr>
          <w:b w:val="0"/>
        </w:rPr>
        <w:t>Паспорт: серия __________ номер __________ дата выдачи: _____________</w:t>
      </w:r>
    </w:p>
    <w:p>
      <w:pPr>
        <w:keepNext w:val="0"/>
        <w:keepLines/>
      </w:pPr>
      <w:r>
        <w:rPr>
          <w:b w:val="0"/>
        </w:rPr>
        <w:t>Кем выдан: __________________________________________________________</w:t>
      </w:r>
    </w:p>
    <w:p>
      <w:pPr>
        <w:keepNext w:val="0"/>
        <w:keepLines/>
      </w:pPr>
      <w:r>
        <w:rPr>
          <w:b w:val="0"/>
        </w:rPr>
        <w:t>Адрес регистрации: 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pStyle w:val="Heading2"/>
        <w:keepNext/>
      </w:pPr>
      <w:r>
        <w:t>Покупатель</w:t>
      </w:r>
    </w:p>
    <w:p>
      <w:pPr>
        <w:keepNext w:val="0"/>
        <w:keepLines/>
      </w:pPr>
      <w:r>
        <w:rPr>
          <w:b w:val="0"/>
        </w:rPr>
        <w:t>Полное наименование организации: 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ИНН __________________ ОГРН __________________ КПП: _________________</w:t>
      </w:r>
    </w:p>
    <w:p>
      <w:pPr>
        <w:keepNext w:val="0"/>
        <w:keepLines/>
      </w:pPr>
      <w:r>
        <w:rPr>
          <w:b w:val="0"/>
        </w:rPr>
        <w:t>Юридический адрес: __________________________________________________</w:t>
      </w:r>
    </w:p>
    <w:p>
      <w:pPr>
        <w:keepNext w:val="0"/>
        <w:keepLines/>
      </w:pPr>
      <w:r>
        <w:rPr>
          <w:b w:val="0"/>
        </w:rPr>
        <w:t>Представитель (должность и ФИО): ____________________________________</w:t>
      </w:r>
    </w:p>
    <w:p>
      <w:pPr>
        <w:keepNext w:val="0"/>
        <w:keepLines/>
      </w:pPr>
      <w:r>
        <w:rPr>
          <w:b w:val="0"/>
        </w:rPr>
        <w:t>Основание полномочий (устав / доверенность, номер и дата): __________</w:t>
      </w:r>
    </w:p>
    <w:p>
      <w:pPr>
        <w:keepNext w:val="0"/>
        <w:keepLines/>
      </w:pPr>
      <w:r>
        <w:rPr>
          <w:b w:val="0"/>
        </w:rPr>
        <w:t>Указанные выше Продавец и Покупатель, далее — Стороны, заключили настоящий договор.</w:t>
      </w:r>
    </w:p>
    <w:p>
      <w:pPr>
        <w:pStyle w:val="Heading2"/>
        <w:keepNext/>
      </w:pPr>
      <w:r>
        <w:t>2 Предмет договора</w:t>
      </w:r>
    </w:p>
    <w:p>
      <w:pPr>
        <w:keepNext w:val="0"/>
        <w:keepLines/>
      </w:pPr>
      <w:r>
        <w:rPr>
          <w:b w:val="0"/>
        </w:rPr>
        <w:t>Продавец обязуется передать в собственность Покупателя, а Покупатель — принять и оплатить одно транспортное средство со следующими характеристиками:</w:t>
      </w:r>
    </w:p>
    <w:p>
      <w:pPr>
        <w:keepNext w:val="0"/>
        <w:keepLines/>
      </w:pPr>
      <w:r>
        <w:rPr>
          <w:b w:val="0"/>
        </w:rPr>
        <w:t>Марка и модель: _____________________________________________________</w:t>
      </w:r>
    </w:p>
    <w:p>
      <w:pPr>
        <w:keepNext w:val="0"/>
        <w:keepLines/>
      </w:pPr>
      <w:r>
        <w:rPr>
          <w:b w:val="0"/>
        </w:rPr>
        <w:t>Тип / категория _____________ год выпуска _____________ цвет: 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Кузов _________________________ шасси / рама: _______________________</w:t>
      </w:r>
    </w:p>
    <w:p>
      <w:pPr>
        <w:keepNext w:val="0"/>
        <w:keepLines/>
      </w:pPr>
      <w:r>
        <w:rPr>
          <w:b w:val="0"/>
        </w:rPr>
        <w:t>Государственный номер: ______________________________________________</w:t>
      </w:r>
    </w:p>
    <w:p>
      <w:pPr>
        <w:keepNext w:val="0"/>
        <w:keepLines/>
      </w:pPr>
      <w:r>
        <w:rPr>
          <w:b w:val="0"/>
        </w:rPr>
        <w:t>ПТС / ЭПТС (номер, дата; для бумажного ПТС — кем выдан): 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СТС (серия, номер, дата и кем выдано): 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 — основание собственности продавца (номер и дата):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r>
        <w:br w:type="page"/>
      </w:r>
    </w:p>
    <w:p>
      <w:pPr>
        <w:pStyle w:val="Heading2"/>
        <w:keepNext/>
      </w:pPr>
      <w:r>
        <w:t>3 Цена и порядок оплаты</w:t>
      </w:r>
    </w:p>
    <w:p>
      <w:pPr>
        <w:keepNext w:val="0"/>
        <w:keepLines/>
      </w:pPr>
      <w:r>
        <w:rPr>
          <w:b w:val="0"/>
        </w:rPr>
        <w:t>Общая цена: _____________________ рублей, прописью: 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Способ, порядок и срок оплаты: 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Реквизиты получателя платежа (при безналичном расчёте):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Подписание договора само по себе не подтверждает передачу денег. Оплата подтверждается платёжным документом или распиской фактического получателя.</w:t>
      </w:r>
    </w:p>
    <w:p>
      <w:pPr>
        <w:pStyle w:val="Heading2"/>
        <w:keepNext/>
      </w:pPr>
      <w:r>
        <w:t>4 Передача и состояние транспорта</w:t>
      </w:r>
    </w:p>
    <w:p>
      <w:pPr>
        <w:keepNext w:val="0"/>
        <w:keepLines/>
      </w:pPr>
      <w:r>
        <w:rPr>
          <w:b w:val="0"/>
        </w:rPr>
        <w:t>Место и срок передачи: ______________________________________________</w:t>
      </w:r>
    </w:p>
    <w:p>
      <w:pPr>
        <w:keepNext w:val="0"/>
        <w:keepLines/>
      </w:pPr>
      <w:r>
        <w:rPr>
          <w:b w:val="0"/>
        </w:rPr>
        <w:t>Передача оформляется отдельным актом приёма-передачи. Право собственности и риск случайной гибели переходят к покупателю при фактической передаче транспортного средства.</w:t>
      </w:r>
    </w:p>
    <w:p>
      <w:pPr>
        <w:keepNext w:val="0"/>
        <w:keepLines/>
      </w:pPr>
      <w:r>
        <w:rPr>
          <w:b w:val="0"/>
        </w:rPr>
        <w:t>Пробег, согласованное состояние и известные недостатки: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Документы, количество ключей и передаваемые принадлежности: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Продавец обязуется передать транспортное средство свободным от прав третьих лиц. При наличии обременений их снятие и условия сделки требуют отдельного согласования до передачи.</w:t>
      </w:r>
    </w:p>
    <w:p>
      <w:pPr>
        <w:keepNext w:val="0"/>
        <w:keepLines/>
      </w:pPr>
      <w:r>
        <w:rPr>
          <w:b w:val="0"/>
        </w:rPr>
        <w:t>Сведения об ограничениях и обременениях (если нет — «отсутствуют»): __________</w:t>
      </w:r>
    </w:p>
    <w:p>
      <w:pPr>
        <w:keepNext w:val="0"/>
        <w:keepLines/>
      </w:pPr>
      <w:r>
        <w:rPr>
          <w:b w:val="0"/>
        </w:rPr>
        <w:t>Описание состояния и осмотр не отменяют предусмотренные законом права покупателя в отношении недостатков, не оговорённых при продаже.</w:t>
      </w:r>
    </w:p>
    <w:p>
      <w:pPr>
        <w:pStyle w:val="Heading2"/>
        <w:keepNext/>
      </w:pPr>
      <w:r>
        <w:t>5 Дополнительные условия</w:t>
      </w:r>
    </w:p>
    <w:p>
      <w:pPr>
        <w:keepNext w:val="0"/>
        <w:keepLines/>
      </w:pPr>
      <w:r>
        <w:rPr>
          <w:b w:val="0"/>
        </w:rPr>
        <w:t>Согласованные дополнительные условия: 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Изменения договора оформляются письменно. По неурегулированным вопросам применяется законодательство Российской Федерации. Каждый участник получает подписанный экземпляр договора; экземпляр для регистрационных действий подготавливается дополнительно.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Продавец: подпись _______________ ФИО подписанта: ___________________</w:t>
      </w:r>
    </w:p>
    <w:p>
      <w:pPr>
        <w:keepNext w:val="0"/>
        <w:keepLines/>
      </w:pPr>
      <w:r>
        <w:rPr>
          <w:b w:val="0"/>
        </w:rPr>
        <w:t>Покупатель: подпись _______________ ФИО подписанта: _________________</w:t>
      </w:r>
    </w:p>
    <w:p>
      <w:r>
        <w:br w:type="page"/>
      </w:r>
    </w:p>
    <w:p>
      <w:pPr>
        <w:pStyle w:val="Title"/>
      </w:pPr>
      <w:r>
        <w:t>Акт приёма-передачи транспортного средства</w:t>
      </w:r>
    </w:p>
    <w:p>
      <w:pPr>
        <w:keepNext w:val="0"/>
        <w:keepLines/>
      </w:pPr>
      <w:r>
        <w:rPr>
          <w:b w:val="0"/>
        </w:rPr>
        <w:t>К договору № ______________ от «___» ______________ 20___ г. __________</w:t>
      </w:r>
    </w:p>
    <w:p>
      <w:pPr>
        <w:keepNext w:val="0"/>
        <w:keepLines/>
      </w:pPr>
      <w:r>
        <w:rPr>
          <w:b w:val="0"/>
        </w:rPr>
        <w:t>Место, дата и время фактической передачи: ___________________________</w:t>
      </w:r>
    </w:p>
    <w:p>
      <w:pPr>
        <w:keepNext w:val="0"/>
        <w:keepLines/>
      </w:pPr>
      <w:r>
        <w:rPr>
          <w:b w:val="0"/>
        </w:rPr>
        <w:t>Продавец — ФИО / наименование: ______________________________________</w:t>
      </w:r>
    </w:p>
    <w:p>
      <w:pPr>
        <w:keepNext w:val="0"/>
        <w:keepLines/>
      </w:pPr>
      <w:r>
        <w:rPr>
          <w:b w:val="0"/>
        </w:rPr>
        <w:t>Покупатель — ФИО / наименование: ____________________________________</w:t>
      </w:r>
    </w:p>
    <w:p>
      <w:pPr>
        <w:pStyle w:val="Heading2"/>
        <w:keepNext/>
      </w:pPr>
      <w:r>
        <w:t>Передаваемое транспортное средство</w:t>
      </w:r>
    </w:p>
    <w:p>
      <w:pPr>
        <w:keepNext w:val="0"/>
        <w:keepLines/>
      </w:pPr>
      <w:r>
        <w:rPr>
          <w:b w:val="0"/>
        </w:rPr>
        <w:t>Марка и модель __________________________ год выпуска: ______________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Номер кузова / шасси _____________________ госномер: ________________</w:t>
      </w:r>
    </w:p>
    <w:p>
      <w:pPr>
        <w:keepNext w:val="0"/>
        <w:keepLines/>
      </w:pPr>
      <w:r>
        <w:rPr>
          <w:b w:val="0"/>
        </w:rPr>
        <w:t>Показание одометра при передаче: ____________________________________</w:t>
      </w:r>
    </w:p>
    <w:p>
      <w:pPr>
        <w:keepNext w:val="0"/>
        <w:keepLines/>
      </w:pPr>
      <w:r>
        <w:rPr>
          <w:b w:val="0"/>
        </w:rPr>
        <w:t>Фактическое состояние, недостатки и замечания при приёмке: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Переданные документы, ключи и принадлежности: 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Подписями ниже стороны подтверждают фактическую передачу и приём указанного транспортного средства с перечисленными документами и принадлежностями. Замечания фиксируются в этом акте до подписания. Акт не является подтверждением оплаты и не отменяет законные права сторон.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Продавец: подпись _______________ ФИО подписанта: ___________________</w:t>
      </w:r>
    </w:p>
    <w:p>
      <w:pPr>
        <w:keepNext w:val="0"/>
        <w:keepLines/>
      </w:pPr>
      <w:r>
        <w:rPr>
          <w:b w:val="0"/>
        </w:rPr>
        <w:t>Покупатель: подпись _______________ ФИО подписанта: _________________</w:t>
      </w:r>
    </w:p>
    <w:p>
      <w:pPr>
        <w:pStyle w:val="Heading2"/>
        <w:keepNext/>
      </w:pPr>
      <w:r>
        <w:t>Отдельная расписка о получении денег</w:t>
      </w:r>
    </w:p>
    <w:p>
      <w:pPr>
        <w:keepNext w:val="0"/>
        <w:keepLines/>
      </w:pPr>
      <w:r>
        <w:rPr>
          <w:b w:val="0"/>
          <w:sz w:val="20"/>
        </w:rPr>
        <w:t>Заполняется и подписывается получателем только после фактического получения денег.</w:t>
      </w:r>
    </w:p>
    <w:p>
      <w:pPr>
        <w:keepNext w:val="0"/>
        <w:keepLines/>
      </w:pPr>
      <w:r>
        <w:rPr>
          <w:b w:val="0"/>
        </w:rPr>
        <w:t>Я (ФИО, статус / полномочия): _______________________________________</w:t>
      </w:r>
    </w:p>
    <w:p>
      <w:pPr>
        <w:keepNext w:val="0"/>
        <w:keepLines/>
      </w:pPr>
      <w:r>
        <w:rPr>
          <w:b w:val="0"/>
        </w:rPr>
        <w:t>Получил(а) от __________________________ сумму ______________ рублей __________</w:t>
      </w:r>
    </w:p>
    <w:p>
      <w:pPr>
        <w:keepNext w:val="0"/>
        <w:keepLines/>
      </w:pPr>
      <w:r>
        <w:rPr>
          <w:b w:val="0"/>
        </w:rPr>
        <w:t>Прописью: ___________________________________________________________</w:t>
      </w:r>
    </w:p>
    <w:p>
      <w:pPr>
        <w:keepNext w:val="0"/>
        <w:keepLines/>
      </w:pPr>
      <w:r>
        <w:rPr>
          <w:b w:val="0"/>
        </w:rPr>
        <w:t>По договору № _________ от __________; дата и время получения: __________</w:t>
      </w:r>
    </w:p>
    <w:p>
      <w:pPr>
        <w:keepNext w:val="0"/>
        <w:keepLines/>
      </w:pPr>
      <w:r>
        <w:rPr>
          <w:b w:val="0"/>
        </w:rPr>
        <w:t>Подпись получателя ________________ ФИО: 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000000"/>
        <w:sz w:val="18"/>
      </w:rPr>
      <w:t>ДКП транспортного средства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2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00"/>
    </w:pPr>
    <w:rPr>
      <w:rFonts w:asciiTheme="majorHAnsi" w:eastAsiaTheme="majorEastAsia" w:hAnsiTheme="majorHAnsi" w:cstheme="majorBidi" w:ascii="Times New Roman" w:hAnsi="Times New Roman"/>
      <w:b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Физлицо продаёт организации</dc:title>
  <dc:subject>Бланк для заполнения и подписания сторонами</dc:subject>
  <dc:creator>Лаки Выкуп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