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Между физическими лицами — договор с актом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pStyle w:val="Heading2"/>
        <w:keepNext/>
      </w:pPr>
      <w:r>
        <w:t>Продавец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pStyle w:val="Heading2"/>
        <w:keepNext/>
      </w:pPr>
      <w:r>
        <w:t>Покупатель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Указанные выше Продавец и Покупатель, далее — Стороны, заключили настоящий договор.</w:t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отдельным актом приёма-передачи.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r>
        <w:br w:type="page"/>
      </w:r>
    </w:p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— ФИО / наименование: ______________________________________</w:t>
      </w:r>
    </w:p>
    <w:p>
      <w:pPr>
        <w:keepNext w:val="0"/>
        <w:keepLines/>
      </w:pPr>
      <w:r>
        <w:rPr>
          <w:b w:val="0"/>
        </w:rPr>
        <w:t>Покупатель — ФИО / наименование: 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Отдельная расписка о получении денег</w:t>
      </w:r>
    </w:p>
    <w:p>
      <w:pPr>
        <w:keepNext w:val="0"/>
        <w:keepLines/>
      </w:pPr>
      <w:r>
        <w:rPr>
          <w:b w:val="0"/>
          <w:sz w:val="20"/>
        </w:rPr>
        <w:t>Заполняется и подписывается получателем только после фактического получения денег.</w:t>
      </w:r>
    </w:p>
    <w:p>
      <w:pPr>
        <w:keepNext w:val="0"/>
        <w:keepLines/>
      </w:pPr>
      <w:r>
        <w:rPr>
          <w:b w:val="0"/>
        </w:rPr>
        <w:t>Я (ФИО, статус / полномочия): _______________________________________</w:t>
      </w:r>
    </w:p>
    <w:p>
      <w:pPr>
        <w:keepNext w:val="0"/>
        <w:keepLines/>
      </w:pPr>
      <w:r>
        <w:rPr>
          <w:b w:val="0"/>
        </w:rPr>
        <w:t>Получил(а) от __________________________ сумму ______________ рублей __________</w:t>
      </w:r>
    </w:p>
    <w:p>
      <w:pPr>
        <w:keepNext w:val="0"/>
        <w:keepLines/>
      </w:pPr>
      <w:r>
        <w:rPr>
          <w:b w:val="0"/>
        </w:rPr>
        <w:t>Прописью: ___________________________________________________________</w:t>
      </w:r>
    </w:p>
    <w:p>
      <w:pPr>
        <w:keepNext w:val="0"/>
        <w:keepLines/>
      </w:pPr>
      <w:r>
        <w:rPr>
          <w:b w:val="0"/>
        </w:rPr>
        <w:t>По договору № _________ от __________; дата и время получения: __________</w:t>
      </w:r>
    </w:p>
    <w:p>
      <w:pPr>
        <w:keepNext w:val="0"/>
        <w:keepLines/>
      </w:pPr>
      <w:r>
        <w:rPr>
          <w:b w:val="0"/>
        </w:rPr>
        <w:t>Подпись получателя ________________ ФИО: 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Физлица — договор с актом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