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купли-продажи транспортного средства</w:t>
      </w:r>
    </w:p>
    <w:p>
      <w:pPr>
        <w:keepNext w:val="0"/>
        <w:keepLines/>
        <w:jc w:val="center"/>
      </w:pPr>
      <w:r>
        <w:rPr>
          <w:b w:val="0"/>
          <w:sz w:val="20"/>
        </w:rPr>
        <w:t>Между физическими лицами — договор без отдельного акта</w:t>
      </w:r>
    </w:p>
    <w:p>
      <w:pPr>
        <w:keepNext w:val="0"/>
        <w:keepLines/>
      </w:pPr>
      <w:r>
        <w:rPr>
          <w:b w:val="0"/>
        </w:rPr>
        <w:t>Место заключения __________________ дата ______________ №: __________</w:t>
      </w:r>
    </w:p>
    <w:p>
      <w:pPr>
        <w:pStyle w:val="Heading2"/>
        <w:keepNext/>
      </w:pPr>
      <w:r>
        <w:t>Продавец</w:t>
      </w:r>
    </w:p>
    <w:p>
      <w:pPr>
        <w:keepNext w:val="0"/>
        <w:keepLines/>
      </w:pPr>
      <w:r>
        <w:rPr>
          <w:b w:val="0"/>
        </w:rPr>
        <w:t>ФИО полностью: ______________________________________________________</w:t>
      </w:r>
    </w:p>
    <w:p>
      <w:pPr>
        <w:keepNext w:val="0"/>
        <w:keepLines/>
      </w:pPr>
      <w:r>
        <w:rPr>
          <w:b w:val="0"/>
        </w:rPr>
        <w:t>Паспорт: серия __________ номер __________ дата выдачи: _____________</w:t>
      </w:r>
    </w:p>
    <w:p>
      <w:pPr>
        <w:keepNext w:val="0"/>
        <w:keepLines/>
      </w:pPr>
      <w:r>
        <w:rPr>
          <w:b w:val="0"/>
        </w:rPr>
        <w:t>Кем выдан: __________________________________________________________</w:t>
      </w:r>
    </w:p>
    <w:p>
      <w:pPr>
        <w:keepNext w:val="0"/>
        <w:keepLines/>
      </w:pPr>
      <w:r>
        <w:rPr>
          <w:b w:val="0"/>
        </w:rPr>
        <w:t>Адрес регистрации: 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pStyle w:val="Heading2"/>
        <w:keepNext/>
      </w:pPr>
      <w:r>
        <w:t>Покупатель</w:t>
      </w:r>
    </w:p>
    <w:p>
      <w:pPr>
        <w:keepNext w:val="0"/>
        <w:keepLines/>
      </w:pPr>
      <w:r>
        <w:rPr>
          <w:b w:val="0"/>
        </w:rPr>
        <w:t>ФИО полностью: ______________________________________________________</w:t>
      </w:r>
    </w:p>
    <w:p>
      <w:pPr>
        <w:keepNext w:val="0"/>
        <w:keepLines/>
      </w:pPr>
      <w:r>
        <w:rPr>
          <w:b w:val="0"/>
        </w:rPr>
        <w:t>Паспорт: серия __________ номер __________ дата выдачи: _____________</w:t>
      </w:r>
    </w:p>
    <w:p>
      <w:pPr>
        <w:keepNext w:val="0"/>
        <w:keepLines/>
      </w:pPr>
      <w:r>
        <w:rPr>
          <w:b w:val="0"/>
        </w:rPr>
        <w:t>Кем выдан: __________________________________________________________</w:t>
      </w:r>
    </w:p>
    <w:p>
      <w:pPr>
        <w:keepNext w:val="0"/>
        <w:keepLines/>
      </w:pPr>
      <w:r>
        <w:rPr>
          <w:b w:val="0"/>
        </w:rPr>
        <w:t>Адрес регистрации: 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Указанные выше Продавец и Покупатель, далее — Стороны, заключили настоящий договор.</w:t>
      </w:r>
    </w:p>
    <w:p>
      <w:pPr>
        <w:pStyle w:val="Heading2"/>
        <w:keepNext/>
      </w:pPr>
      <w:r>
        <w:t>2 Предмет договора</w:t>
      </w:r>
    </w:p>
    <w:p>
      <w:pPr>
        <w:keepNext w:val="0"/>
        <w:keepLines/>
      </w:pPr>
      <w:r>
        <w:rPr>
          <w:b w:val="0"/>
        </w:rPr>
        <w:t>Продавец обязуется передать в собственность Покупателя, а Покупатель — принять и оплатить одно транспортное средство со следующими характеристиками:</w:t>
      </w:r>
    </w:p>
    <w:p>
      <w:pPr>
        <w:keepNext w:val="0"/>
        <w:keepLines/>
      </w:pPr>
      <w:r>
        <w:rPr>
          <w:b w:val="0"/>
        </w:rPr>
        <w:t>Марка и модель: _____________________________________________________</w:t>
      </w:r>
    </w:p>
    <w:p>
      <w:pPr>
        <w:keepNext w:val="0"/>
        <w:keepLines/>
      </w:pPr>
      <w:r>
        <w:rPr>
          <w:b w:val="0"/>
        </w:rPr>
        <w:t>Тип / категория _____________ год выпуска _____________ цвет: __________</w:t>
      </w:r>
    </w:p>
    <w:p>
      <w:pPr>
        <w:keepNext w:val="0"/>
        <w:keepLines/>
      </w:pPr>
      <w:r>
        <w:rPr>
          <w:b w:val="0"/>
        </w:rPr>
        <w:t>VIN: ________________________________________________________________</w:t>
      </w:r>
    </w:p>
    <w:p>
      <w:pPr>
        <w:keepNext w:val="0"/>
        <w:keepLines/>
      </w:pPr>
      <w:r>
        <w:rPr>
          <w:b w:val="0"/>
        </w:rPr>
        <w:t>Кузов _________________________ шасси / рама: _______________________</w:t>
      </w:r>
    </w:p>
    <w:p>
      <w:pPr>
        <w:keepNext w:val="0"/>
        <w:keepLines/>
      </w:pPr>
      <w:r>
        <w:rPr>
          <w:b w:val="0"/>
        </w:rPr>
        <w:t>Государственный номер: ______________________________________________</w:t>
      </w:r>
    </w:p>
    <w:p>
      <w:pPr>
        <w:keepNext w:val="0"/>
        <w:keepLines/>
      </w:pPr>
      <w:r>
        <w:rPr>
          <w:b w:val="0"/>
        </w:rPr>
        <w:t>ПТС / ЭПТС (номер, дата; для бумажного ПТС — кем выдан): 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СТС (серия, номер, дата и кем выдано): 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Документ — основание собственности продавца (номер и дата):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r>
        <w:br w:type="page"/>
      </w:r>
    </w:p>
    <w:p>
      <w:pPr>
        <w:pStyle w:val="Heading2"/>
        <w:keepNext/>
      </w:pPr>
      <w:r>
        <w:t>3 Цена и порядок оплаты</w:t>
      </w:r>
    </w:p>
    <w:p>
      <w:pPr>
        <w:keepNext w:val="0"/>
        <w:keepLines/>
      </w:pPr>
      <w:r>
        <w:rPr>
          <w:b w:val="0"/>
        </w:rPr>
        <w:t>Общая цена: _____________________ рублей, прописью: 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Способ, порядок и срок оплаты: 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Реквизиты получателя платежа (при безналичном расчёте): 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Подписание договора само по себе не подтверждает передачу денег. Оплата подтверждается платёжным документом или распиской фактического получателя.</w:t>
      </w:r>
    </w:p>
    <w:p>
      <w:pPr>
        <w:pStyle w:val="Heading2"/>
        <w:keepNext/>
      </w:pPr>
      <w:r>
        <w:t>4 Передача и состояние транспорта</w:t>
      </w:r>
    </w:p>
    <w:p>
      <w:pPr>
        <w:keepNext w:val="0"/>
        <w:keepLines/>
      </w:pPr>
      <w:r>
        <w:rPr>
          <w:b w:val="0"/>
        </w:rPr>
        <w:t>Место и срок передачи: ______________________________________________</w:t>
      </w:r>
    </w:p>
    <w:p>
      <w:pPr>
        <w:keepNext w:val="0"/>
        <w:keepLines/>
      </w:pPr>
      <w:r>
        <w:rPr>
          <w:b w:val="0"/>
        </w:rPr>
        <w:t>Передача оформляется подписями сторон в разделе подтверждения фактической передачи ниже. Право собственности и риск случайной гибели переходят к покупателю при фактической передаче транспортного средства.</w:t>
      </w:r>
    </w:p>
    <w:p>
      <w:pPr>
        <w:keepNext w:val="0"/>
        <w:keepLines/>
      </w:pPr>
      <w:r>
        <w:rPr>
          <w:b w:val="0"/>
        </w:rPr>
        <w:t>Пробег, согласованное состояние и известные недостатки: 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Документы, количество ключей и передаваемые принадлежности: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Продавец обязуется передать транспортное средство свободным от прав третьих лиц. При наличии обременений их снятие и условия сделки требуют отдельного согласования до передачи.</w:t>
      </w:r>
    </w:p>
    <w:p>
      <w:pPr>
        <w:keepNext w:val="0"/>
        <w:keepLines/>
      </w:pPr>
      <w:r>
        <w:rPr>
          <w:b w:val="0"/>
        </w:rPr>
        <w:t>Сведения об ограничениях и обременениях (если нет — «отсутствуют»): __________</w:t>
      </w:r>
    </w:p>
    <w:p>
      <w:pPr>
        <w:keepNext w:val="0"/>
        <w:keepLines/>
      </w:pPr>
      <w:r>
        <w:rPr>
          <w:b w:val="0"/>
        </w:rPr>
        <w:t>Описание состояния и осмотр не отменяют предусмотренные законом права покупателя в отношении недостатков, не оговорённых при продаже.</w:t>
      </w:r>
    </w:p>
    <w:p>
      <w:pPr>
        <w:pStyle w:val="Heading2"/>
        <w:keepNext/>
      </w:pPr>
      <w:r>
        <w:t>5 Дополнительные условия</w:t>
      </w:r>
    </w:p>
    <w:p>
      <w:pPr>
        <w:keepNext w:val="0"/>
        <w:keepLines/>
      </w:pPr>
      <w:r>
        <w:rPr>
          <w:b w:val="0"/>
        </w:rPr>
        <w:t>Согласованные дополнительные условия: 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Изменения договора оформляются письменно. По неурегулированным вопросам применяется законодательство Российской Федерации. Каждый участник получает подписанный экземпляр договора; экземпляр для регистрационных действий подготавливается дополнительно.</w:t>
      </w:r>
    </w:p>
    <w:p>
      <w:pPr>
        <w:pStyle w:val="Heading2"/>
        <w:keepNext/>
      </w:pPr>
      <w:r>
        <w:t>Подписи сторон</w:t>
      </w:r>
    </w:p>
    <w:p>
      <w:pPr>
        <w:keepNext w:val="0"/>
        <w:keepLines/>
      </w:pPr>
      <w:r>
        <w:rPr>
          <w:b w:val="0"/>
        </w:rPr>
        <w:t>Продавец: подпись _______________ ФИО подписанта: ___________________</w:t>
      </w:r>
    </w:p>
    <w:p>
      <w:pPr>
        <w:keepNext w:val="0"/>
        <w:keepLines/>
      </w:pPr>
      <w:r>
        <w:rPr>
          <w:b w:val="0"/>
        </w:rPr>
        <w:t>Покупатель: подпись _______________ ФИО подписанта: _________________</w:t>
      </w:r>
    </w:p>
    <w:p>
      <w:pPr>
        <w:pStyle w:val="Heading2"/>
        <w:keepNext/>
      </w:pPr>
      <w:r>
        <w:t>Подтверждение фактической передачи</w:t>
      </w:r>
    </w:p>
    <w:p>
      <w:pPr>
        <w:keepNext w:val="0"/>
        <w:keepLines/>
      </w:pPr>
      <w:r>
        <w:rPr>
          <w:b w:val="0"/>
        </w:rPr>
        <w:t>Дата и время _____________ замечания при передаче: __________________</w:t>
      </w:r>
    </w:p>
    <w:p>
      <w:pPr>
        <w:keepNext w:val="0"/>
        <w:keepLines/>
      </w:pPr>
      <w:r>
        <w:rPr>
          <w:b w:val="0"/>
        </w:rPr>
        <w:t>ТС передал: подпись ____________ ТС принял: подпись: 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000000"/>
        <w:sz w:val="18"/>
      </w:rPr>
      <w:t>ДКП транспортного средства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2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20" w:after="100"/>
    </w:pPr>
    <w:rPr>
      <w:rFonts w:asciiTheme="majorHAnsi" w:eastAsiaTheme="majorEastAsia" w:hAnsiTheme="majorHAnsi" w:cstheme="majorBidi" w:ascii="Times New Roman" w:hAnsi="Times New Roman"/>
      <w:b/>
      <w:i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Физлица — договор без отдельного акта</dc:title>
  <dc:subject>Бланк для заполнения и подписания сторонами</dc:subject>
  <dc:creator>Лаки Выкуп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