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приёма-передачи транспортного средства</w:t>
      </w:r>
    </w:p>
    <w:p>
      <w:pPr>
        <w:keepNext w:val="0"/>
        <w:keepLines/>
      </w:pPr>
      <w:r>
        <w:rPr>
          <w:b w:val="0"/>
        </w:rPr>
        <w:t>К договору № ______________ от «___» ______________ 20___ г. __________</w:t>
      </w:r>
    </w:p>
    <w:p>
      <w:pPr>
        <w:keepNext w:val="0"/>
        <w:keepLines/>
      </w:pPr>
      <w:r>
        <w:rPr>
          <w:b w:val="0"/>
        </w:rPr>
        <w:t>Место, дата и время фактической передачи: ___________________________</w:t>
      </w:r>
    </w:p>
    <w:p>
      <w:pPr>
        <w:keepNext w:val="0"/>
        <w:keepLines/>
      </w:pPr>
      <w:r>
        <w:rPr>
          <w:b w:val="0"/>
        </w:rPr>
        <w:t>Продавец — ФИО / наименование: ______________________________________</w:t>
      </w:r>
    </w:p>
    <w:p>
      <w:pPr>
        <w:keepNext w:val="0"/>
        <w:keepLines/>
      </w:pPr>
      <w:r>
        <w:rPr>
          <w:b w:val="0"/>
        </w:rPr>
        <w:t>Покупатель — ФИО / наименование: ____________________________________</w:t>
      </w:r>
    </w:p>
    <w:p>
      <w:pPr>
        <w:pStyle w:val="Heading2"/>
        <w:keepNext/>
      </w:pPr>
      <w:r>
        <w:t>Передаваемое транспортное средство</w:t>
      </w:r>
    </w:p>
    <w:p>
      <w:pPr>
        <w:keepNext w:val="0"/>
        <w:keepLines/>
      </w:pPr>
      <w:r>
        <w:rPr>
          <w:b w:val="0"/>
        </w:rPr>
        <w:t>Марка и модель __________________________ год выпуска: ______________</w:t>
      </w:r>
    </w:p>
    <w:p>
      <w:pPr>
        <w:keepNext w:val="0"/>
        <w:keepLines/>
      </w:pPr>
      <w:r>
        <w:rPr>
          <w:b w:val="0"/>
        </w:rPr>
        <w:t>VIN: ________________________________________________________________</w:t>
      </w:r>
    </w:p>
    <w:p>
      <w:pPr>
        <w:keepNext w:val="0"/>
        <w:keepLines/>
      </w:pPr>
      <w:r>
        <w:rPr>
          <w:b w:val="0"/>
        </w:rPr>
        <w:t>Номер кузова / шасси _____________________ госномер: ________________</w:t>
      </w:r>
    </w:p>
    <w:p>
      <w:pPr>
        <w:keepNext w:val="0"/>
        <w:keepLines/>
      </w:pPr>
      <w:r>
        <w:rPr>
          <w:b w:val="0"/>
        </w:rPr>
        <w:t>Показание одометра при передаче: ____________________________________</w:t>
      </w:r>
    </w:p>
    <w:p>
      <w:pPr>
        <w:keepNext w:val="0"/>
        <w:keepLines/>
      </w:pPr>
      <w:r>
        <w:rPr>
          <w:b w:val="0"/>
        </w:rPr>
        <w:t>Фактическое состояние, недостатки и замечания при приёмке: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Переданные документы, ключи и принадлежности: 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Подписями ниже стороны подтверждают фактическую передачу и приём указанного транспортного средства с перечисленными документами и принадлежностями. Замечания фиксируются в этом акте до подписания. Акт не является подтверждением оплаты и не отменяет законные права сторон.</w:t>
      </w:r>
    </w:p>
    <w:p>
      <w:pPr>
        <w:pStyle w:val="Heading2"/>
        <w:keepNext/>
      </w:pPr>
      <w:r>
        <w:t>Подписи сторон</w:t>
      </w:r>
    </w:p>
    <w:p>
      <w:pPr>
        <w:keepNext w:val="0"/>
        <w:keepLines/>
      </w:pPr>
      <w:r>
        <w:rPr>
          <w:b w:val="0"/>
        </w:rPr>
        <w:t>Продавец: подпись _______________ ФИО подписанта: ___________________</w:t>
      </w:r>
    </w:p>
    <w:p>
      <w:pPr>
        <w:keepNext w:val="0"/>
        <w:keepLines/>
      </w:pPr>
      <w:r>
        <w:rPr>
          <w:b w:val="0"/>
        </w:rPr>
        <w:t>Покупатель: подпись _______________ ФИО подписанта: _________________</w:t>
      </w:r>
    </w:p>
    <w:p>
      <w:pPr>
        <w:pStyle w:val="Heading2"/>
        <w:keepNext/>
      </w:pPr>
      <w:r>
        <w:t>Отдельная расписка о получении денег</w:t>
      </w:r>
    </w:p>
    <w:p>
      <w:pPr>
        <w:keepNext w:val="0"/>
        <w:keepLines/>
      </w:pPr>
      <w:r>
        <w:rPr>
          <w:b w:val="0"/>
          <w:sz w:val="20"/>
        </w:rPr>
        <w:t>Заполняется и подписывается получателем только после фактического получения денег.</w:t>
      </w:r>
    </w:p>
    <w:p>
      <w:pPr>
        <w:keepNext w:val="0"/>
        <w:keepLines/>
      </w:pPr>
      <w:r>
        <w:rPr>
          <w:b w:val="0"/>
        </w:rPr>
        <w:t>Я (ФИО, статус / полномочия): _______________________________________</w:t>
      </w:r>
    </w:p>
    <w:p>
      <w:pPr>
        <w:keepNext w:val="0"/>
        <w:keepLines/>
      </w:pPr>
      <w:r>
        <w:rPr>
          <w:b w:val="0"/>
        </w:rPr>
        <w:t>Получил(а) от __________________________ сумму ______________ рублей __________</w:t>
      </w:r>
    </w:p>
    <w:p>
      <w:pPr>
        <w:keepNext w:val="0"/>
        <w:keepLines/>
      </w:pPr>
      <w:r>
        <w:rPr>
          <w:b w:val="0"/>
        </w:rPr>
        <w:t>Прописью: ___________________________________________________________</w:t>
      </w:r>
    </w:p>
    <w:p>
      <w:pPr>
        <w:keepNext w:val="0"/>
        <w:keepLines/>
      </w:pPr>
      <w:r>
        <w:rPr>
          <w:b w:val="0"/>
        </w:rPr>
        <w:t>По договору № _________ от __________; дата и время получения: __________</w:t>
      </w:r>
    </w:p>
    <w:p>
      <w:pPr>
        <w:keepNext w:val="0"/>
        <w:keepLines/>
      </w:pPr>
      <w:r>
        <w:rPr>
          <w:b w:val="0"/>
        </w:rPr>
        <w:t>Подпись получателя ________________ ФИО: 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000000"/>
        <w:sz w:val="18"/>
      </w:rPr>
      <w:t>ДКП транспортного средства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2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20" w:after="100"/>
    </w:pPr>
    <w:rPr>
      <w:rFonts w:asciiTheme="majorHAnsi" w:eastAsiaTheme="majorEastAsia" w:hAnsiTheme="majorHAnsi" w:cstheme="majorBidi" w:ascii="Times New Roman" w:hAnsi="Times New Roman"/>
      <w:b/>
      <w:i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и отдельная расписка</dc:title>
  <dc:subject>Бланк для заполнения и подписания сторонами</dc:subject>
  <dc:creator>Лаки Выкуп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